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מהיר – גרסת נייר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במהירות יישובים מחידות תמונה ולחזק ידע על מקומות בארץ.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https://makom-baaretz-chidot.sites.tab.bot/mahir.html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לבדוק בזוגות: כל זוג סופר נקודות.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בחנ״מ – בלי מגבלת זמן.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תמונות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כפר יונה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כפר סבא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בת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מגל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 – מהר!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נמצא באזור הנגב והערבה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נמצא באזור הנגב והערבה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את החידה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אביב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פינה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טיפ לחידון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טיפ ברור ומעשי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 מהיר – גרסת 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כמו החידון באתר – בלי שעון ובנחת.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אביב  |  פינה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חידון תמונות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שם המקום שמתאים לחידה. ניסיון ראשון = 2 נקודות, שני = נקודה.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א. גדרה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ב. ראש העין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ג. כפר יונה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א. גשר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ב. חדרה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ג. ראש פינה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א. תל אביב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ב. באר שבע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ג. כפר סבא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א. גשר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ב. ים המלח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ג. בת 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א. גשר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ב. בת 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◯ ג. מגל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 – מהר!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אילת: העיר הדרומית ביותר בישראל, על חוף מפרץ אילת.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המקום שדה בוקר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גן השלושה: נקרא גם "הסחנה".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המקום באר שבע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את החידה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המילה החסרה.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תל + ________ = תל אביב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ראש + ________ = ראש פינה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טיפ לחידון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טיפ אחד לחבר או לחברה: איך פותרים חידת תמונה מהר?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גרסת נייר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