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חידון מהיר – גרסת נייר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במהירות יישובים מחידות תמונה ולחזק ידע על מקומות בארץ.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https://makom-baaretz-chidot.sites.tab.bot/mahir.html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לבדוק בזוגות: כל זוג סופר נקודות.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בחנ״מ – בלי מגבלת זמן.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 לפני השיעור: גבעתיים – "שתי גבעות" (הסבר השם).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חידון תמונות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פתח תקווה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חדרה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גן השלושה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אשדוד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חוף דור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נתיבות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 – מהר!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נמצא באזור חיפה והכרמל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נמצא באזור הנגב והערבה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משלימים את החידה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פינה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מאהל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טיפ לחידון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טיפ ברור ומעשי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⚡ חידון מהיר – גרסת נייר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כמו החידון באתר – רק על הנייר. אפשר למדוד זמן או לעבוד בנחת.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riddle · загадка · እንቆቅልሽ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יישוב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🏘️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settlement, town · населённый пункт · መንደር /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city · город ·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קיבוץ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kibbutz · кибуц · ኪቡትዝ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hint · подсказка · ፍንጭ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letter · буква · ፊደል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word · слово · 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answer · ответ · መልስ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⬆️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north · север · ሰሜን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center · центр · መሃል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⬇️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south · юг · ደቡብ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map · карта · ካርታ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👍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correct · правильно · ትክክል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points · очки · ነጥቦች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חידון תמונות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שם המקום שמתאים לחידה. ניסיון ראשון = 2 נקודות, שני = נקודה.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9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יבנה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פתח תקווה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צפת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7454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9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74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חדרה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צפת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גשר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7381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73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גן נר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רמת גן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גן השלושה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4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חיפה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אשדוד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מגדל העמק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5.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5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חולון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מגל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חוף דור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6.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3709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37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370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א. עין גדי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ב. נתיבות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◯ ג. רעננה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 – מהר!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/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גבעתיים: שמה מרמז על שתי גבעות שעליהן נבנתה.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קיסריה נמצא באזור הנגב והערבה.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נשר: ידועה בפארק "הגשרים התלויים".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המקום באר שבע נמצא באזור הגליל והצפון.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את החידה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המילה החסרה.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בית + ________ = בית 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ראש + ________ = ראש פינה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עין + ________ = עין מאהל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טיפ לחידון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טיפ אחד: איך פותרים חידה?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מהיר – גרסת נייר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